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시니어를 위한 디지털과 AI 첫걸음 교육 제안서</w:t>
      </w:r>
    </w:p>
    <w:p>
      <w:r>
        <w:t>제안 기관  광진담쟁이협동조합     대상 기관  도서관·평생교육원 등 교육 운영기관</w:t>
      </w:r>
    </w:p>
    <w:p>
      <w:r>
        <w:t>본 제안서는 기관의 교육사업 검토와 내부 회람을 위한 기본안입니다. 대상 인원, 일정, 강사 배치, 장소, 예산은 담당 기관과 협의하여 확정합니다.</w:t>
      </w:r>
    </w:p>
    <w:p>
      <w:pPr>
        <w:pStyle w:val="Heading1"/>
      </w:pPr>
      <w:r>
        <w:t>교육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01"/>
        <w:gridCol w:w="7992"/>
      </w:tblGrid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대상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스마트폰 사용은 가능하지만 디지털 도구와 AI가 낯선 시니어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권장 운영기관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도서관·복지관·평생교육원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운영 시간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6회 × 2시간 · 총 12시간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진행 방법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강사 시연, 작은 단계 따라하기, 짝 실습, 반복 확인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목표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생활 속 디지털 기본 기능을 익히고 AI에 질문하며 결과를 확인하는 습관을 만든다.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기대 결과물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개인별 스마트폰 활용 카드와 AI 질문 모음</w:t>
            </w:r>
          </w:p>
        </w:tc>
      </w:tr>
    </w:tbl>
    <w:p>
      <w:pPr>
        <w:pStyle w:val="Heading1"/>
      </w:pPr>
      <w:r>
        <w:t>차시별 운영안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872"/>
        <w:gridCol w:w="6869"/>
      </w:tblGrid>
      <w:tr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차시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강의 및 실습 내용 · 결과물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스마트폰 기본 점검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글자 크기·와이파이·사진·공유 기능을 익히고 접근성을 설정한다.</w:t>
              <w:br/>
              <w:t>결과물  나에게 맞는 설정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검색과 정보 확인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검색어를 바꾸어 찾고 공공정보의 출처와 날짜를 확인한다.</w:t>
              <w:br/>
              <w:t>결과물  정보 확인 카드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3회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AI와 첫 대화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질문을 구체화하고 음성 입력과 대화 이어가기를 연습한다.</w:t>
              <w:br/>
              <w:t>결과물  생활 질문 3개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4회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생활 문서 만들기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문자·안내문·모임 공지를 AI 도움으로 작성하고 수정한다.</w:t>
              <w:br/>
              <w:t>결과물  생활 안내문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5회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사진과 기록 정리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사진을 분류하고 한 장의 추억 글을 쓴다.</w:t>
              <w:br/>
              <w:t>결과물  사진 이야기 1편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6회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안전하게 계속 쓰기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개인정보·사기성 답변·잘못된 정보를 구별하고 활용법을 복습한다.</w:t>
              <w:br/>
              <w:t>결과물  개인 활용 카드</w:t>
            </w:r>
          </w:p>
        </w:tc>
      </w:tr>
    </w:tbl>
    <w:p>
      <w:pPr>
        <w:pStyle w:val="Heading1"/>
      </w:pPr>
      <w:r>
        <w:t>운영 및 협의 사항</w:t>
      </w:r>
    </w:p>
    <w:p>
      <w:r>
        <w:t>준비물 및 환경  본인 스마트폰, 충전기, 와이파이; 계정 생성과 앱 설치가 필요한 경우 기관에서 사전 안내</w:t>
      </w:r>
    </w:p>
    <w:p>
      <w:r>
        <w:t>운영 방식  강사 시연 후 참여자가 직접 작업하고 회차마다 결과를 확인합니다. 참여자의 수준에 따라 속도와 예시를 조정합니다.</w:t>
      </w:r>
    </w:p>
    <w:p>
      <w:r>
        <w:t>성과 확인  출석과 회차별 결과물을 확인하고 최종 작품 또는 활용 계획을 공유합니다. 참여자 만족도와 학습 소감은 기관 양식에 맞춰 수집할 수 있습니다.</w:t>
      </w:r>
    </w:p>
    <w:p>
      <w:r>
        <w:t>협의 항목  모집 인원, 일정, 강사 인원, 장소·기기, 재료·인쇄비, 최종 결과물 형식, 예산 및 정산 서류는 별도 협의합니다. 이 문서는 확정 견적서가 아닙니다.</w:t>
      </w:r>
    </w:p>
    <w:p>
      <w:r>
        <w:t>문의  광진담쟁이협동조합  |  070 5088-1805  |  meeseon67@gmail.com  |  damjangi.com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광진담쟁이협동조합  ·  교육 제안서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Malgun Gothic" w:hAnsi="Malgun Gothic"/>
      <w:color w:val="141B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Malgun Gothic" w:hAnsi="Malgun Gothic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Malgun Gothic" w:hAnsi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