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AI로 쓰는 우리 동네 이야기 교육 제안서</w:t>
      </w:r>
    </w:p>
    <w:p>
      <w:r>
        <w:t>제안 기관  광진담쟁이협동조합     대상 기관  도서관·평생교육원 등 교육 운영기관</w:t>
      </w:r>
    </w:p>
    <w:p>
      <w:r>
        <w:t>본 제안서는 기관의 교육사업 검토와 내부 회람을 위한 기본안입니다. 대상 인원, 일정, 강사 배치, 장소, 예산은 담당 기관과 협의하여 확정합니다.</w:t>
      </w:r>
    </w:p>
    <w:p>
      <w:pPr>
        <w:pStyle w:val="Heading1"/>
      </w:pPr>
      <w:r>
        <w:t>교육 개요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901"/>
        <w:gridCol w:w="7992"/>
      </w:tblGrid>
      <w:tr>
        <w:tc>
          <w:tcPr>
            <w:tcW w:type="dxa" w:w="190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EDF4EF"/>
          </w:tcPr>
          <w:p>
            <w:r>
              <w:t>교육 대상</w:t>
            </w:r>
          </w:p>
        </w:tc>
        <w:tc>
          <w:tcPr>
            <w:tcW w:type="dxa" w:w="799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r>
              <w:t>주민 모임·마을기록 활동가·지역 문화에 관심 있는 성인</w:t>
            </w:r>
          </w:p>
        </w:tc>
      </w:tr>
      <w:tr>
        <w:tc>
          <w:tcPr>
            <w:tcW w:type="dxa" w:w="190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EDF4EF"/>
          </w:tcPr>
          <w:p>
            <w:r>
              <w:t>권장 운영기관</w:t>
            </w:r>
          </w:p>
        </w:tc>
        <w:tc>
          <w:tcPr>
            <w:tcW w:type="dxa" w:w="799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r>
              <w:t>도서관·주민센터·평생교육원</w:t>
            </w:r>
          </w:p>
        </w:tc>
      </w:tr>
      <w:tr>
        <w:tc>
          <w:tcPr>
            <w:tcW w:type="dxa" w:w="190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EDF4EF"/>
          </w:tcPr>
          <w:p>
            <w:r>
              <w:t>운영 시간</w:t>
            </w:r>
          </w:p>
        </w:tc>
        <w:tc>
          <w:tcPr>
            <w:tcW w:type="dxa" w:w="799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r>
              <w:t>6회 × 2시간 · 총 12시간</w:t>
            </w:r>
          </w:p>
        </w:tc>
      </w:tr>
      <w:tr>
        <w:tc>
          <w:tcPr>
            <w:tcW w:type="dxa" w:w="190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EDF4EF"/>
          </w:tcPr>
          <w:p>
            <w:r>
              <w:t>진행 방법</w:t>
            </w:r>
          </w:p>
        </w:tc>
        <w:tc>
          <w:tcPr>
            <w:tcW w:type="dxa" w:w="799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r>
              <w:t>지역 자료 탐색, 인터뷰, 현장 기록, 공동 편집</w:t>
            </w:r>
          </w:p>
        </w:tc>
      </w:tr>
      <w:tr>
        <w:tc>
          <w:tcPr>
            <w:tcW w:type="dxa" w:w="190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EDF4EF"/>
          </w:tcPr>
          <w:p>
            <w:r>
              <w:t>교육 목표</w:t>
            </w:r>
          </w:p>
        </w:tc>
        <w:tc>
          <w:tcPr>
            <w:tcW w:type="dxa" w:w="799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r>
              <w:t>주민의 기억과 지역 자료를 확인하며 동네의 변화와 사람을 이야기로 남긴다.</w:t>
            </w:r>
          </w:p>
        </w:tc>
      </w:tr>
      <w:tr>
        <w:tc>
          <w:tcPr>
            <w:tcW w:type="dxa" w:w="190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EDF4EF"/>
          </w:tcPr>
          <w:p>
            <w:r>
              <w:t>기대 결과물</w:t>
            </w:r>
          </w:p>
        </w:tc>
        <w:tc>
          <w:tcPr>
            <w:tcW w:type="dxa" w:w="799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r>
              <w:t>지역 이야기집 또는 온라인 전시 원고</w:t>
            </w:r>
          </w:p>
        </w:tc>
      </w:tr>
    </w:tbl>
    <w:p>
      <w:pPr>
        <w:pStyle w:val="Heading1"/>
      </w:pPr>
      <w:r>
        <w:t>차시별 운영안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872"/>
        <w:gridCol w:w="6869"/>
      </w:tblGrid>
      <w:tr>
        <w:tc>
          <w:tcPr>
            <w:tcW w:type="dxa" w:w="3331"/>
            <w:shd w:fill="244C4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차시</w:t>
            </w:r>
          </w:p>
        </w:tc>
        <w:tc>
          <w:tcPr>
            <w:tcW w:type="dxa" w:w="3331"/>
            <w:shd w:fill="244C4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주제</w:t>
            </w:r>
          </w:p>
        </w:tc>
        <w:tc>
          <w:tcPr>
            <w:tcW w:type="dxa" w:w="3331"/>
            <w:shd w:fill="244C4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강의 및 실습 내용 · 결과물</w:t>
            </w:r>
          </w:p>
        </w:tc>
      </w:tr>
      <w:tr>
        <w:tc>
          <w:tcPr>
            <w:tcW w:type="dxa" w:w="115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1회</w:t>
              <w:br/>
              <w:t>2시간</w:t>
            </w:r>
          </w:p>
        </w:tc>
        <w:tc>
          <w:tcPr>
            <w:tcW w:type="dxa" w:w="187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주제와 장소 선정</w:t>
            </w:r>
          </w:p>
        </w:tc>
        <w:tc>
          <w:tcPr>
            <w:tcW w:type="dxa" w:w="6869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동네에서 기록할 장소·사람·사건과 질문을 고른다.</w:t>
              <w:br/>
              <w:t>결과물  기록 주제표</w:t>
            </w:r>
          </w:p>
        </w:tc>
      </w:tr>
      <w:tr>
        <w:tc>
          <w:tcPr>
            <w:tcW w:type="dxa" w:w="115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2회</w:t>
              <w:br/>
              <w:t>2시간</w:t>
            </w:r>
          </w:p>
        </w:tc>
        <w:tc>
          <w:tcPr>
            <w:tcW w:type="dxa" w:w="187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자료 조사</w:t>
            </w:r>
          </w:p>
        </w:tc>
        <w:tc>
          <w:tcPr>
            <w:tcW w:type="dxa" w:w="6869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공개 자료의 출처와 시기를 확인하고 AI로 탐색 질문을 만든다.</w:t>
              <w:br/>
              <w:t>결과물  자료 목록</w:t>
            </w:r>
          </w:p>
        </w:tc>
      </w:tr>
      <w:tr>
        <w:tc>
          <w:tcPr>
            <w:tcW w:type="dxa" w:w="115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3회</w:t>
              <w:br/>
              <w:t>2시간</w:t>
            </w:r>
          </w:p>
        </w:tc>
        <w:tc>
          <w:tcPr>
            <w:tcW w:type="dxa" w:w="187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주민 인터뷰</w:t>
            </w:r>
          </w:p>
        </w:tc>
        <w:tc>
          <w:tcPr>
            <w:tcW w:type="dxa" w:w="6869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사전 동의를 받고 질문·메모·녹음 요약 방법을 실습한다.</w:t>
              <w:br/>
              <w:t>결과물  인터뷰 기록</w:t>
            </w:r>
          </w:p>
        </w:tc>
      </w:tr>
      <w:tr>
        <w:tc>
          <w:tcPr>
            <w:tcW w:type="dxa" w:w="115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4회</w:t>
              <w:br/>
              <w:t>2시간</w:t>
            </w:r>
          </w:p>
        </w:tc>
        <w:tc>
          <w:tcPr>
            <w:tcW w:type="dxa" w:w="187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이야기 초안</w:t>
            </w:r>
          </w:p>
        </w:tc>
        <w:tc>
          <w:tcPr>
            <w:tcW w:type="dxa" w:w="6869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사실과 기억을 구분해 짧은 글을 쓰고 AI로 구조를 점검한다.</w:t>
              <w:br/>
              <w:t>결과물  초안</w:t>
            </w:r>
          </w:p>
        </w:tc>
      </w:tr>
      <w:tr>
        <w:tc>
          <w:tcPr>
            <w:tcW w:type="dxa" w:w="115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5회</w:t>
              <w:br/>
              <w:t>2시간</w:t>
            </w:r>
          </w:p>
        </w:tc>
        <w:tc>
          <w:tcPr>
            <w:tcW w:type="dxa" w:w="187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편집과 검증</w:t>
            </w:r>
          </w:p>
        </w:tc>
        <w:tc>
          <w:tcPr>
            <w:tcW w:type="dxa" w:w="6869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이름·사진·인용 허락을 확인하고 공동 목차를 구성한다.</w:t>
              <w:br/>
              <w:t>결과물  편집 원고</w:t>
            </w:r>
          </w:p>
        </w:tc>
      </w:tr>
      <w:tr>
        <w:tc>
          <w:tcPr>
            <w:tcW w:type="dxa" w:w="115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6회</w:t>
              <w:br/>
              <w:t>2시간</w:t>
            </w:r>
          </w:p>
        </w:tc>
        <w:tc>
          <w:tcPr>
            <w:tcW w:type="dxa" w:w="187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공유와 전시</w:t>
            </w:r>
          </w:p>
        </w:tc>
        <w:tc>
          <w:tcPr>
            <w:tcW w:type="dxa" w:w="6869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이야기집 또는 전시 시안을 만들고 주민과 결과를 나눈다.</w:t>
              <w:br/>
              <w:t>결과물  공유 자료</w:t>
            </w:r>
          </w:p>
        </w:tc>
      </w:tr>
    </w:tbl>
    <w:p>
      <w:pPr>
        <w:pStyle w:val="Heading1"/>
      </w:pPr>
      <w:r>
        <w:t>운영 및 협의 사항</w:t>
      </w:r>
    </w:p>
    <w:p>
      <w:r>
        <w:t>준비물 및 환경  지역 사진·지도·공개 기록(기관 제공 가능), 인터뷰 동의서, 개인 노트북</w:t>
      </w:r>
    </w:p>
    <w:p>
      <w:r>
        <w:t>운영 방식  강사 시연 후 참여자가 직접 작업하고 회차마다 결과를 확인합니다. 참여자의 수준에 따라 속도와 예시를 조정합니다.</w:t>
      </w:r>
    </w:p>
    <w:p>
      <w:r>
        <w:t>성과 확인  출석과 회차별 결과물을 확인하고 최종 작품 또는 활용 계획을 공유합니다. 참여자 만족도와 학습 소감은 기관 양식에 맞춰 수집할 수 있습니다.</w:t>
      </w:r>
    </w:p>
    <w:p>
      <w:r>
        <w:t>협의 항목  모집 인원, 일정, 강사 인원, 장소·기기, 재료·인쇄비, 최종 결과물 형식, 예산 및 정산 서류는 별도 협의합니다. 이 문서는 확정 견적서가 아닙니다.</w:t>
      </w:r>
    </w:p>
    <w:p>
      <w:r>
        <w:t>문의  광진담쟁이협동조합  |  070 5088-1805  |  meeseon67@gmail.com  |  damjangi.com</w:t>
      </w:r>
    </w:p>
    <w:sectPr w:rsidR="00FC693F" w:rsidRPr="0006063C" w:rsidSect="00034616">
      <w:footerReference w:type="default" r:id="rId9"/>
      <w:pgSz w:w="12240" w:h="15840"/>
      <w:pgMar w:top="1037" w:right="1123" w:bottom="979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>광진담쟁이협동조합  ·  교육 제안서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300" w:lineRule="auto"/>
    </w:pPr>
    <w:rPr>
      <w:rFonts w:ascii="Malgun Gothic" w:hAnsi="Malgun Gothic"/>
      <w:color w:val="141B18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 w:ascii="Malgun Gothic" w:hAnsi="Malgun Gothic"/>
      <w:b/>
      <w:bCs/>
      <w:color w:val="000000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260"/>
      <w:contextualSpacing/>
    </w:pPr>
    <w:rPr>
      <w:rFonts w:asciiTheme="majorHAnsi" w:eastAsiaTheme="majorEastAsia" w:hAnsiTheme="majorHAnsi" w:cstheme="majorBidi" w:ascii="Malgun Gothic" w:hAnsi="Malgun Gothic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